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2173B" w14:textId="77777777" w:rsidR="009F29EB" w:rsidRDefault="00000000">
      <w:pPr>
        <w:spacing w:after="360"/>
        <w:jc w:val="center"/>
      </w:pPr>
      <w:r>
        <w:rPr>
          <w:b/>
          <w:color w:val="1B365D"/>
          <w:sz w:val="40"/>
        </w:rPr>
        <w:t>FORMULAR DE RETUR PRODUSE</w:t>
      </w:r>
    </w:p>
    <w:p w14:paraId="30E1FBAD" w14:textId="77777777" w:rsidR="009F29EB" w:rsidRDefault="00000000" w:rsidP="00756EF2">
      <w:pPr>
        <w:spacing w:after="240"/>
      </w:pPr>
      <w:r>
        <w:t xml:space="preserve">Conform OUG 34/2014 privind drepturile consumatorilor, vă rugăm să completați acest formular pentru a vă exercita dreptul de retragere din contract. Trimiteți documentul completat împreună cu produsele </w:t>
      </w:r>
      <w:proofErr w:type="spellStart"/>
      <w:r>
        <w:t>returnate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pe e-mail.</w:t>
      </w:r>
    </w:p>
    <w:p w14:paraId="6880F7B5" w14:textId="77777777" w:rsidR="009F29EB" w:rsidRDefault="00000000">
      <w:pPr>
        <w:spacing w:before="240" w:after="120"/>
      </w:pPr>
      <w:r>
        <w:rPr>
          <w:b/>
          <w:color w:val="1B365D"/>
          <w:sz w:val="24"/>
        </w:rPr>
        <w:t>1. CĂTRE (DATE VANZĂTOR)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9F29EB" w14:paraId="39BFFD83" w14:textId="77777777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ABCF1E" w14:textId="77777777" w:rsidR="009F29EB" w:rsidRDefault="00000000">
            <w:r>
              <w:rPr>
                <w:b/>
                <w:sz w:val="20"/>
              </w:rPr>
              <w:t>Denumire Companie / Magazin: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358F1B" w14:textId="77777777" w:rsidR="009F29EB" w:rsidRDefault="00000000">
            <w:r>
              <w:rPr>
                <w:color w:val="7F8C8D"/>
                <w:sz w:val="20"/>
              </w:rPr>
              <w:t>[Introduceți numele magazinului online]</w:t>
            </w:r>
          </w:p>
        </w:tc>
      </w:tr>
      <w:tr w:rsidR="009F29EB" w14:paraId="75F0B47E" w14:textId="77777777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6D6A6D" w14:textId="77777777" w:rsidR="009F29EB" w:rsidRDefault="00000000">
            <w:r>
              <w:rPr>
                <w:b/>
                <w:sz w:val="20"/>
              </w:rPr>
              <w:t>Adresă de e-mail / Adresă fizică: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98974A" w14:textId="77777777" w:rsidR="009F29EB" w:rsidRDefault="00000000" w:rsidP="00756EF2">
            <w:pPr>
              <w:ind w:right="-854"/>
            </w:pPr>
            <w:r>
              <w:rPr>
                <w:color w:val="7F8C8D"/>
                <w:sz w:val="20"/>
              </w:rPr>
              <w:t>[Introduceți e-mailul de suport sau adresa de retur a magazinului]</w:t>
            </w:r>
          </w:p>
        </w:tc>
      </w:tr>
    </w:tbl>
    <w:p w14:paraId="2E4931F9" w14:textId="77777777" w:rsidR="009F29EB" w:rsidRDefault="00000000">
      <w:pPr>
        <w:spacing w:before="280" w:after="120"/>
      </w:pPr>
      <w:r>
        <w:rPr>
          <w:b/>
          <w:color w:val="1B365D"/>
          <w:sz w:val="24"/>
        </w:rPr>
        <w:t>2. DATE CUMPĂRĂTOR (CLIENT)</w:t>
      </w: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9F29EB" w14:paraId="70BD4357" w14:textId="77777777" w:rsidTr="00756EF2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0EDC06" w14:textId="77777777" w:rsidR="009F29EB" w:rsidRDefault="00000000">
            <w:proofErr w:type="spellStart"/>
            <w:r>
              <w:rPr>
                <w:b/>
                <w:sz w:val="20"/>
              </w:rPr>
              <w:t>Nume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și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Prenume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1B9F5B" w14:textId="540D562D" w:rsidR="009F29EB" w:rsidRDefault="00000000">
            <w:r>
              <w:rPr>
                <w:color w:val="BDC3C7"/>
                <w:sz w:val="20"/>
              </w:rPr>
              <w:t>______________________________________________</w:t>
            </w:r>
          </w:p>
        </w:tc>
      </w:tr>
      <w:tr w:rsidR="009F29EB" w14:paraId="6E13946B" w14:textId="77777777" w:rsidTr="00756EF2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CD6648" w14:textId="77777777" w:rsidR="009F29EB" w:rsidRDefault="00000000">
            <w:r>
              <w:rPr>
                <w:b/>
                <w:sz w:val="20"/>
              </w:rPr>
              <w:t>Adresă domiciliu: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D98D6F" w14:textId="1842C1B1" w:rsidR="009F29EB" w:rsidRDefault="00000000">
            <w:r>
              <w:rPr>
                <w:color w:val="BDC3C7"/>
                <w:sz w:val="20"/>
              </w:rPr>
              <w:t>______________________________________________</w:t>
            </w:r>
          </w:p>
        </w:tc>
      </w:tr>
      <w:tr w:rsidR="009F29EB" w14:paraId="0A748CB0" w14:textId="77777777" w:rsidTr="00756EF2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31B673" w14:textId="77777777" w:rsidR="009F29EB" w:rsidRDefault="00000000">
            <w:r>
              <w:rPr>
                <w:b/>
                <w:sz w:val="20"/>
              </w:rPr>
              <w:t>Număr de telefon: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310AB5" w14:textId="5E0245F5" w:rsidR="009F29EB" w:rsidRDefault="00000000">
            <w:r>
              <w:rPr>
                <w:color w:val="BDC3C7"/>
                <w:sz w:val="20"/>
              </w:rPr>
              <w:t>______________________________________________</w:t>
            </w:r>
          </w:p>
        </w:tc>
      </w:tr>
      <w:tr w:rsidR="009F29EB" w14:paraId="0B367DC6" w14:textId="77777777" w:rsidTr="00756EF2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45EFFF" w14:textId="77777777" w:rsidR="009F29EB" w:rsidRDefault="00000000">
            <w:r>
              <w:rPr>
                <w:b/>
                <w:sz w:val="20"/>
              </w:rPr>
              <w:t>Adresă de e-mail: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14CE2D" w14:textId="0D10F135" w:rsidR="009F29EB" w:rsidRDefault="00000000">
            <w:r>
              <w:rPr>
                <w:color w:val="BDC3C7"/>
                <w:sz w:val="20"/>
              </w:rPr>
              <w:t>______________________________________________</w:t>
            </w:r>
          </w:p>
        </w:tc>
      </w:tr>
    </w:tbl>
    <w:p w14:paraId="4483DE49" w14:textId="77777777" w:rsidR="009F29EB" w:rsidRDefault="00000000">
      <w:pPr>
        <w:spacing w:before="280" w:after="120"/>
      </w:pPr>
      <w:r>
        <w:rPr>
          <w:b/>
          <w:color w:val="1B365D"/>
          <w:sz w:val="24"/>
        </w:rPr>
        <w:t>3. DETALII COMANDĂ ȘI PRODUSE RETURNATE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9F29EB" w14:paraId="7214E0D6" w14:textId="77777777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F369B1" w14:textId="77777777" w:rsidR="009F29EB" w:rsidRDefault="00000000">
            <w:r>
              <w:rPr>
                <w:b/>
                <w:sz w:val="20"/>
              </w:rPr>
              <w:t>Număr comandă / factură: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2A769B" w14:textId="02741035" w:rsidR="009F29EB" w:rsidRDefault="00000000">
            <w:r>
              <w:rPr>
                <w:color w:val="BDC3C7"/>
                <w:sz w:val="20"/>
              </w:rPr>
              <w:t>______________________________________________</w:t>
            </w:r>
          </w:p>
        </w:tc>
      </w:tr>
      <w:tr w:rsidR="009F29EB" w14:paraId="513C2760" w14:textId="77777777">
        <w:tc>
          <w:tcPr>
            <w:tcW w:w="4968" w:type="dxa"/>
            <w:shd w:val="clear" w:color="auto" w:fill="F2F4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026B5A" w14:textId="77777777" w:rsidR="009F29EB" w:rsidRDefault="00000000">
            <w:r>
              <w:rPr>
                <w:b/>
                <w:sz w:val="20"/>
              </w:rPr>
              <w:t>Dată primire colet (livrare):</w:t>
            </w:r>
          </w:p>
        </w:tc>
        <w:tc>
          <w:tcPr>
            <w:tcW w:w="49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DD2E0B" w14:textId="399E6838" w:rsidR="009F29EB" w:rsidRDefault="00000000">
            <w:r>
              <w:rPr>
                <w:color w:val="BDC3C7"/>
                <w:sz w:val="20"/>
              </w:rPr>
              <w:t>______________________________________________</w:t>
            </w:r>
          </w:p>
        </w:tc>
      </w:tr>
    </w:tbl>
    <w:p w14:paraId="0BBF5D61" w14:textId="77777777" w:rsidR="009F29EB" w:rsidRDefault="009F29EB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9F29EB" w14:paraId="3BFB4C56" w14:textId="77777777"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76DFB00" w14:textId="77777777" w:rsidR="009F29EB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Denumire Produs / Cod</w:t>
            </w:r>
          </w:p>
        </w:tc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14301A5" w14:textId="77777777" w:rsidR="009F29EB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Cantitate</w:t>
            </w:r>
          </w:p>
        </w:tc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A2FE31" w14:textId="77777777" w:rsidR="009F29EB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Preț Unitar</w:t>
            </w:r>
          </w:p>
        </w:tc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1FE832E" w14:textId="77777777" w:rsidR="009F29EB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Motiv Retur (Opțional)</w:t>
            </w:r>
          </w:p>
        </w:tc>
      </w:tr>
      <w:tr w:rsidR="009F29EB" w14:paraId="21918F0D" w14:textId="77777777"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2AC43CD" w14:textId="77777777" w:rsidR="009F29EB" w:rsidRDefault="009F29EB">
            <w:pPr>
              <w:spacing w:after="0"/>
            </w:pPr>
          </w:p>
        </w:tc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5B1F108" w14:textId="77777777" w:rsidR="009F29EB" w:rsidRDefault="009F29EB">
            <w:pPr>
              <w:spacing w:after="0"/>
            </w:pPr>
          </w:p>
        </w:tc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6788669" w14:textId="77777777" w:rsidR="009F29EB" w:rsidRDefault="009F29EB">
            <w:pPr>
              <w:spacing w:after="0"/>
            </w:pPr>
          </w:p>
        </w:tc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8C9676D" w14:textId="77777777" w:rsidR="009F29EB" w:rsidRDefault="009F29EB">
            <w:pPr>
              <w:spacing w:after="0"/>
            </w:pPr>
          </w:p>
        </w:tc>
      </w:tr>
      <w:tr w:rsidR="009F29EB" w14:paraId="49FA74EA" w14:textId="77777777"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829A004" w14:textId="77777777" w:rsidR="009F29EB" w:rsidRDefault="009F29EB">
            <w:pPr>
              <w:spacing w:after="0"/>
            </w:pPr>
          </w:p>
        </w:tc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FEC9F6F" w14:textId="77777777" w:rsidR="009F29EB" w:rsidRDefault="009F29EB">
            <w:pPr>
              <w:spacing w:after="0"/>
            </w:pPr>
          </w:p>
        </w:tc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3AD20F7" w14:textId="77777777" w:rsidR="009F29EB" w:rsidRDefault="009F29EB">
            <w:pPr>
              <w:spacing w:after="0"/>
            </w:pPr>
          </w:p>
        </w:tc>
        <w:tc>
          <w:tcPr>
            <w:tcW w:w="2484" w:type="dxa"/>
            <w:tcBorders>
              <w:top w:val="single" w:sz="4" w:space="0" w:color="BDC3C7"/>
              <w:left w:val="single" w:sz="4" w:space="0" w:color="BDC3C7"/>
              <w:bottom w:val="single" w:sz="4" w:space="0" w:color="BDC3C7"/>
              <w:right w:val="single" w:sz="4" w:space="0" w:color="BDC3C7"/>
            </w:tcBorders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3D6940D" w14:textId="77777777" w:rsidR="009F29EB" w:rsidRDefault="009F29EB">
            <w:pPr>
              <w:spacing w:after="0"/>
            </w:pPr>
          </w:p>
        </w:tc>
      </w:tr>
    </w:tbl>
    <w:p w14:paraId="6CA72D50" w14:textId="77777777" w:rsidR="009F29EB" w:rsidRDefault="00000000">
      <w:pPr>
        <w:spacing w:before="280" w:after="120"/>
      </w:pPr>
      <w:r>
        <w:rPr>
          <w:b/>
          <w:color w:val="1B365D"/>
          <w:sz w:val="24"/>
        </w:rPr>
        <w:t>4. MODALITATE DE RAMBURSARE</w:t>
      </w:r>
    </w:p>
    <w:p w14:paraId="64823897" w14:textId="77777777" w:rsidR="009F29EB" w:rsidRDefault="00000000">
      <w:r>
        <w:t>[  ] Rambursare în cont bancar (IBAN)</w:t>
      </w:r>
      <w:r>
        <w:br/>
        <w:t>[  ] Schimb cu un alt produs</w:t>
      </w:r>
      <w:r>
        <w:br/>
        <w:t>[  ] Generare voucher cumpărături</w:t>
      </w:r>
    </w:p>
    <w:p w14:paraId="72C1F3A9" w14:textId="77777777" w:rsidR="009F29EB" w:rsidRDefault="00000000">
      <w:pPr>
        <w:ind w:left="288"/>
      </w:pPr>
      <w:r>
        <w:rPr>
          <w:b/>
        </w:rPr>
        <w:t>Pentru rambursarea în cont, vă rugăm să completați datele bancare:</w:t>
      </w:r>
      <w:r>
        <w:rPr>
          <w:b/>
        </w:rPr>
        <w:br/>
      </w:r>
      <w:r>
        <w:t>Cod IBAN: ____________________________________________________</w:t>
      </w:r>
      <w:r>
        <w:br/>
        <w:t>Titular Cont: __________________________________________________</w:t>
      </w:r>
      <w:r>
        <w:br/>
        <w:t>Nume Bancă: 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9F29EB" w14:paraId="6C95EE28" w14:textId="77777777">
        <w:tc>
          <w:tcPr>
            <w:tcW w:w="4968" w:type="dxa"/>
          </w:tcPr>
          <w:p w14:paraId="3E6464AC" w14:textId="77777777" w:rsidR="009F29EB" w:rsidRDefault="00000000">
            <w:proofErr w:type="spellStart"/>
            <w:r>
              <w:t>Dată</w:t>
            </w:r>
            <w:proofErr w:type="spellEnd"/>
            <w:r>
              <w:t>: ____ / ____ / 20__</w:t>
            </w:r>
          </w:p>
        </w:tc>
        <w:tc>
          <w:tcPr>
            <w:tcW w:w="4968" w:type="dxa"/>
          </w:tcPr>
          <w:p w14:paraId="2C770209" w14:textId="1855FE02" w:rsidR="009F29EB" w:rsidRDefault="00000000">
            <w:pPr>
              <w:jc w:val="right"/>
            </w:pPr>
            <w:proofErr w:type="spellStart"/>
            <w:r>
              <w:t>Semnătură</w:t>
            </w:r>
            <w:proofErr w:type="spellEnd"/>
            <w:r>
              <w:t xml:space="preserve"> </w:t>
            </w:r>
            <w:proofErr w:type="spellStart"/>
            <w:r>
              <w:t>cumpărător</w:t>
            </w:r>
            <w:proofErr w:type="spellEnd"/>
            <w:r>
              <w:t>:</w:t>
            </w:r>
          </w:p>
        </w:tc>
      </w:tr>
    </w:tbl>
    <w:p w14:paraId="4EDE5B08" w14:textId="77777777" w:rsidR="004A0A20" w:rsidRDefault="004A0A20"/>
    <w:sectPr w:rsidR="004A0A20" w:rsidSect="00756EF2">
      <w:pgSz w:w="12240" w:h="15840"/>
      <w:pgMar w:top="142" w:right="616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471808">
    <w:abstractNumId w:val="8"/>
  </w:num>
  <w:num w:numId="2" w16cid:durableId="1937710442">
    <w:abstractNumId w:val="6"/>
  </w:num>
  <w:num w:numId="3" w16cid:durableId="703596961">
    <w:abstractNumId w:val="5"/>
  </w:num>
  <w:num w:numId="4" w16cid:durableId="1396128869">
    <w:abstractNumId w:val="4"/>
  </w:num>
  <w:num w:numId="5" w16cid:durableId="2052463016">
    <w:abstractNumId w:val="7"/>
  </w:num>
  <w:num w:numId="6" w16cid:durableId="385644116">
    <w:abstractNumId w:val="3"/>
  </w:num>
  <w:num w:numId="7" w16cid:durableId="1976829851">
    <w:abstractNumId w:val="2"/>
  </w:num>
  <w:num w:numId="8" w16cid:durableId="770467935">
    <w:abstractNumId w:val="1"/>
  </w:num>
  <w:num w:numId="9" w16cid:durableId="197741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36A7"/>
    <w:rsid w:val="004A0A20"/>
    <w:rsid w:val="00756EF2"/>
    <w:rsid w:val="009F29E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B631ED"/>
  <w14:defaultImageDpi w14:val="300"/>
  <w15:docId w15:val="{80A84B3F-4E05-40B3-8C01-2BC89DDC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Norbert Fodor</cp:lastModifiedBy>
  <cp:revision>2</cp:revision>
  <dcterms:created xsi:type="dcterms:W3CDTF">2026-10-21T10:10:00Z</dcterms:created>
  <dcterms:modified xsi:type="dcterms:W3CDTF">2026-10-21T10:10:00Z</dcterms:modified>
  <cp:category/>
</cp:coreProperties>
</file>